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retrospektívy šprintu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Šprint / obdobie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Facilitátor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Čo sa podarilo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Čo sa nepodarilo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Návrhy na zlepšenie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retrospektívy šprintu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