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Zápisnica z úvodného stretnutia projektu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Projekt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Sponzor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Projektový manažér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Program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Ciele a kritériá úspechu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Rozsah projektu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Roly a zodpovednosti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Osoba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Rola / zodpovednosť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Míľniky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Míľnik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Riziká a závislosti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Úlohy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Zodpovedá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Úloha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Ďalšie stretnutie</w:t>
      </w:r>
    </w:p>
    <w:p/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 úvodného stretnutia projektu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