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Poznámky k epizóde podcastu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Podcast a epizóda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Moderátor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Hostia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Zverejnené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Moderátor a hostia</w:t>
      </w:r>
    </w:p>
    <w:p/>
    <w:p>
      <w:pPr>
        <w:pStyle w:val="Heading2"/>
      </w:pPr>
      <w:r>
        <w:rPr>
          <w:color w:val="5B21B6"/>
        </w:rPr>
        <w:t>Kapitoly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Čas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Téma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Hlavné myšlienky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Citáty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Spomenuté zdroje</w:t>
      </w:r>
    </w:p>
    <w:p>
      <w:pPr>
        <w:pStyle w:val="ListBullet"/>
      </w:pPr>
    </w:p>
    <w:p>
      <w:pPr>
        <w:pStyle w:val="ListBullet"/>
      </w:pPr>
    </w:p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epizóde podcastu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