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5B21B6"/>
        </w:rPr>
        <w:t>Poznámky z prednášky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Stretnutie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Dátum a čas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Miesto / odkaz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Zapisovateľ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Predmet / kurz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Prednášajúci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Prednáška a téma</w:t>
            </w:r>
          </w:p>
        </w:tc>
        <w:tc>
          <w:tcPr>
            <w:tcW w:type="dxa" w:w="4320"/>
          </w:tcPr>
          <w:p>
            <w:r>
              <w:t>[ ]</w:t>
            </w:r>
          </w:p>
        </w:tc>
      </w:tr>
    </w:tbl>
    <w:p>
      <w:pPr>
        <w:pStyle w:val="Heading2"/>
      </w:pPr>
      <w:r>
        <w:rPr>
          <w:color w:val="5B21B6"/>
        </w:rPr>
        <w:t>Zhrnutie</w:t>
      </w:r>
    </w:p>
    <w:p/>
    <w:p>
      <w:pPr>
        <w:pStyle w:val="Heading2"/>
      </w:pPr>
      <w:r>
        <w:rPr>
          <w:color w:val="5B21B6"/>
        </w:rPr>
        <w:t>Účastníci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ListBullet"/>
      </w:pPr>
      <w:r>
        <w:t>[Meno] — [rola]</w:t>
      </w:r>
    </w:p>
    <w:p>
      <w:pPr>
        <w:pStyle w:val="Heading2"/>
      </w:pPr>
      <w:r>
        <w:rPr>
          <w:color w:val="5B21B6"/>
        </w:rPr>
        <w:t>Program</w:t>
      </w:r>
    </w:p>
    <w:p>
      <w:pPr>
        <w:pStyle w:val="ListNumber"/>
      </w:pPr>
    </w:p>
    <w:p>
      <w:pPr>
        <w:pStyle w:val="ListNumber"/>
      </w:pPr>
    </w:p>
    <w:p>
      <w:pPr>
        <w:pStyle w:val="ListNumber"/>
      </w:pPr>
    </w:p>
    <w:p>
      <w:pPr>
        <w:pStyle w:val="Heading2"/>
      </w:pPr>
      <w:r>
        <w:rPr>
          <w:color w:val="5B21B6"/>
        </w:rPr>
        <w:t>Ciele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Kľúčové pojmy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Pojem</w:t>
            </w:r>
          </w:p>
        </w:tc>
        <w:tc>
          <w:tcPr>
            <w:tcW w:type="dxa" w:w="4320"/>
          </w:tcPr>
          <w:p>
            <w:r>
              <w:rPr>
                <w:b/>
              </w:rPr>
              <w:t>Vysvetlenie</w:t>
            </w:r>
          </w:p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p>
      <w:pPr>
        <w:pStyle w:val="Heading2"/>
      </w:pPr>
      <w:r>
        <w:rPr>
          <w:color w:val="5B21B6"/>
        </w:rPr>
        <w:t>Príklady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Časté chyby</w:t>
      </w:r>
    </w:p>
    <w:p>
      <w:pPr>
        <w:pStyle w:val="ListBullet"/>
      </w:pPr>
    </w:p>
    <w:p>
      <w:pPr>
        <w:pStyle w:val="ListBullet"/>
      </w:pPr>
    </w:p>
    <w:p>
      <w:pPr>
        <w:pStyle w:val="Heading2"/>
      </w:pPr>
      <w:r>
        <w:rPr>
          <w:color w:val="5B21B6"/>
        </w:rPr>
        <w:t>Otázky publika</w:t>
      </w:r>
    </w:p>
    <w:p>
      <w:r>
        <w:rPr>
          <w:b/>
        </w:rPr>
        <w:t xml:space="preserve">Otázka: </w:t>
      </w:r>
    </w:p>
    <w:p>
      <w:r>
        <w:rPr>
          <w:b/>
        </w:rPr>
        <w:t xml:space="preserve">Odpoveď: </w:t>
      </w:r>
    </w:p>
    <w:p>
      <w:r>
        <w:rPr>
          <w:b/>
        </w:rPr>
        <w:t xml:space="preserve">Pýta sa: </w:t>
      </w:r>
    </w:p>
    <w:p>
      <w:pPr>
        <w:pStyle w:val="Heading2"/>
      </w:pPr>
      <w:r>
        <w:rPr>
          <w:color w:val="5B21B6"/>
        </w:rPr>
        <w:t>Úlohy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Zodpovedá</w:t>
            </w:r>
          </w:p>
        </w:tc>
        <w:tc>
          <w:tcPr>
            <w:tcW w:type="dxa" w:w="2880"/>
          </w:tcPr>
          <w:p>
            <w:r>
              <w:rPr>
                <w:b/>
              </w:rPr>
              <w:t>Úloha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Termín</w:t>
            </w:r>
          </w:p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/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rPr>
          <w:color w:val="5B21B6"/>
        </w:rPr>
        <w:t>Ďalšie stretnutie</w:t>
      </w:r>
    </w:p>
    <w:p/>
    <w:p>
      <w:r>
        <w:rPr>
          <w:color w:val="6B7280"/>
          <w:sz w:val="16"/>
        </w:rPr>
        <w:t>Šablóna z www.minutesmaster.ai — alebo nechajte MinutesMaster napísať túto zápisnicu z vašej nahrávky.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z prednášky</dc:title>
  <dc:subject/>
  <dc:creator>MinutesMaster (minutesmaster.ai)</dc:creator>
  <cp:keywords/>
  <dc:description>generated by python-docx</dc:description>
  <cp:lastModifiedBy>MinutesMaster</cp:lastModifiedBy>
  <cp:revision>1</cp:revision>
  <dcterms:created xsi:type="dcterms:W3CDTF">2026-10-28T00:00:00Z</dcterms:created>
  <dcterms:modified xsi:type="dcterms:W3CDTF">2026-10-28T00:00:00Z</dcterms:modified>
  <cp:category/>
</cp:coreProperties>
</file>