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Zápis z rozhovoru so zákazníkom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Respondent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Výskumník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Cieľ výskumu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Profil respondenta</w:t>
      </w:r>
    </w:p>
    <w:p/>
    <w:p>
      <w:pPr>
        <w:pStyle w:val="Heading2"/>
      </w:pPr>
      <w:r>
        <w:rPr>
          <w:color w:val="5B21B6"/>
        </w:rPr>
        <w:t>Kľúčové zistenia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Výrazné citáty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Problémy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Želania a nápady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Otázky a odpovede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Odpoveď: </w:t>
      </w:r>
    </w:p>
    <w:p>
      <w:r>
        <w:rPr>
          <w:b/>
        </w:rPr>
        <w:t xml:space="preserve">Pýta sa: </w:t>
      </w: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rozhovoru so zákazníkom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