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Notatki z retrospektywy sprintu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okres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Prowadzący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Co poszło dobrze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Co nie poszło dobrze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Pomysły na usprawnienia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z retrospektywy sprintu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