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Show notes odcinka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Spotkanie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i godzina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Miejsce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Protokołował(a)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Podcast i odcinek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Prowadzący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Goście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publikacji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Podsumowanie</w:t>
      </w:r>
    </w:p>
    <w:p/>
    <w:p>
      <w:pPr>
        <w:pStyle w:val="Heading2"/>
      </w:pPr>
      <w:r>
        <w:rPr>
          <w:color w:val="5B21B6"/>
        </w:rPr>
        <w:t>Uczestnicy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Prowadzący i goście</w:t>
      </w:r>
    </w:p>
    <w:p/>
    <w:p>
      <w:pPr>
        <w:pStyle w:val="Heading2"/>
      </w:pPr>
      <w:r>
        <w:rPr>
          <w:color w:val="5B21B6"/>
        </w:rPr>
        <w:t>Rozdziały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Czas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Temat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Najważniejsze wnioski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Cytaty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Wspomniane materiały</w:t>
      </w:r>
    </w:p>
    <w:p>
      <w:pPr>
        <w:pStyle w:val="ListBullet"/>
      </w:pPr>
    </w:p>
    <w:p>
      <w:pPr>
        <w:pStyle w:val="ListBullet"/>
      </w:pPr>
    </w:p>
    <w:p>
      <w:r>
        <w:rPr>
          <w:color w:val="6B7280"/>
          <w:sz w:val="16"/>
        </w:rPr>
        <w:t>Szablon ze strony www.minutesmaster.ai — albo pozwól MinutesMaster napisać ten protokół z twojego nagrania.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notes odcinka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