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Notatki z wykładu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Przedmiot / kurs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Prowadzący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Zajęcia i temat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Cele nauki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Kluczowe pojęcia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Pojęcie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Wyjaśnienie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Przykłady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Częste błędy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Pytania słuchaczy</w:t>
      </w:r>
    </w:p>
    <w:p>
      <w:r>
        <w:rPr>
          <w:b/>
        </w:rPr>
        <w:t xml:space="preserve">Pytanie: </w:t>
      </w:r>
    </w:p>
    <w:p>
      <w:r>
        <w:rPr>
          <w:b/>
        </w:rPr>
        <w:t xml:space="preserve">Odpowiedź: </w:t>
      </w:r>
    </w:p>
    <w:p>
      <w:r>
        <w:rPr>
          <w:b/>
        </w:rPr>
        <w:t xml:space="preserve">Pyta: </w:t>
      </w: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Notatki z wykładu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