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Notatki z wywiadu z klientem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Rozmówca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Prowadzący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Cel badania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Profil rozmówcy</w:t>
      </w:r>
    </w:p>
    <w:p/>
    <w:p>
      <w:pPr>
        <w:pStyle w:val="Heading2"/>
      </w:pPr>
      <w:r>
        <w:rPr>
          <w:color w:val="5B21B6"/>
        </w:rPr>
        <w:t>Kluczowe wnioski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Ważne cytaty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Problemy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Prośby o funkcje i pomysły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Pytania i odpowiedzi</w:t>
      </w:r>
    </w:p>
    <w:p>
      <w:r>
        <w:rPr>
          <w:b/>
        </w:rPr>
        <w:t xml:space="preserve">Pytanie: </w:t>
      </w:r>
    </w:p>
    <w:p>
      <w:r>
        <w:rPr>
          <w:b/>
        </w:rPr>
        <w:t xml:space="preserve">Odpowiedź: </w:t>
      </w:r>
    </w:p>
    <w:p>
      <w:r>
        <w:rPr>
          <w:b/>
        </w:rPr>
        <w:t xml:space="preserve">Pyta: </w:t>
      </w: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Notatki z wywiadu z klientem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