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5B21B6"/>
        </w:rPr>
        <w:t>Stand-up meeting notes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Meeting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Date and time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/ link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Minutes taken by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Team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Sprint / release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</w:tbl>
    <w:p>
      <w:pPr>
        <w:pStyle w:val="Heading2"/>
      </w:pPr>
      <w:r>
        <w:rPr>
          <w:color w:val="5B21B6"/>
        </w:rPr>
        <w:t>Summary</w:t>
      </w:r>
    </w:p>
    <w:p/>
    <w:p>
      <w:pPr>
        <w:pStyle w:val="Heading2"/>
      </w:pPr>
      <w:r>
        <w:rPr>
          <w:color w:val="5B21B6"/>
        </w:rPr>
        <w:t>Participants</w:t>
      </w:r>
    </w:p>
    <w:p>
      <w:pPr>
        <w:pStyle w:val="ListBullet"/>
      </w:pPr>
      <w:r>
        <w:t>[Name] — [role]</w:t>
      </w:r>
    </w:p>
    <w:p>
      <w:pPr>
        <w:pStyle w:val="ListBullet"/>
      </w:pPr>
      <w:r>
        <w:t>[Name] — [role]</w:t>
      </w:r>
    </w:p>
    <w:p>
      <w:pPr>
        <w:pStyle w:val="ListBullet"/>
      </w:pPr>
      <w:r>
        <w:t>[Name] — [role]</w:t>
      </w:r>
    </w:p>
    <w:p>
      <w:pPr>
        <w:pStyle w:val="Heading2"/>
      </w:pPr>
      <w:r>
        <w:rPr>
          <w:color w:val="5B21B6"/>
        </w:rPr>
        <w:t>Updates by person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Person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Done / in progress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Next</w:t>
            </w:r>
          </w:p>
        </w:tc>
        <w:tc>
          <w:tcPr>
            <w:tcW w:type="dxa" w:w="2160"/>
          </w:tcPr>
          <w:p>
            <w:r>
              <w:rPr>
                <w:b/>
              </w:rPr>
              <w:t>Blockers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rPr>
          <w:color w:val="5B21B6"/>
        </w:rPr>
        <w:t>Blockers and risks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Decisions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Action items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2880"/>
          </w:tcPr>
          <w:p>
            <w:r>
              <w:rPr>
                <w:b/>
              </w:rPr>
              <w:t>Task</w:t>
            </w:r>
          </w:p>
        </w:tc>
        <w:tc>
          <w:tcPr>
            <w:tcW w:type="dxa" w:w="2880"/>
          </w:tcPr>
          <w:p>
            <w:r>
              <w:rPr>
                <w:b/>
              </w:rPr>
              <w:t>Due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2"/>
      </w:pPr>
      <w:r>
        <w:rPr>
          <w:color w:val="5B21B6"/>
        </w:rPr>
        <w:t>Next meeting</w:t>
      </w:r>
    </w:p>
    <w:p/>
    <w:p>
      <w:r>
        <w:rPr>
          <w:color w:val="6B7280"/>
          <w:sz w:val="16"/>
        </w:rPr>
        <w:t>Template from www.minutesmaster.ai — or let MinutesMaster write these minutes from your recording.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Stand-up meeting notes</dc:title>
  <dc:subject/>
  <dc:creator>MinutesMaster (minutesmaster.ai)</dc:creator>
  <cp:keywords/>
  <dc:description>generated by python-docx</dc:description>
  <cp:lastModifiedBy>MinutesMaster</cp:lastModifiedBy>
  <cp:revision>1</cp:revision>
  <dcterms:created xsi:type="dcterms:W3CDTF">2026-10-28T00:00:00Z</dcterms:created>
  <dcterms:modified xsi:type="dcterms:W3CDTF">2026-10-28T00:00:00Z</dcterms:modified>
  <cp:category/>
</cp:coreProperties>
</file>