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Podcast show notes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Meeting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 and 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Minutes taken by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Show and episode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Host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Guests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Published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Summary</w:t>
      </w:r>
    </w:p>
    <w:p/>
    <w:p>
      <w:pPr>
        <w:pStyle w:val="Heading2"/>
      </w:pPr>
      <w:r>
        <w:rPr>
          <w:color w:val="5B21B6"/>
        </w:rPr>
        <w:t>Participants</w:t>
      </w:r>
    </w:p>
    <w:p>
      <w:pPr>
        <w:pStyle w:val="ListBullet"/>
      </w:pPr>
      <w:r>
        <w:t>[Name] — [role]</w:t>
      </w:r>
    </w:p>
    <w:p>
      <w:pPr>
        <w:pStyle w:val="ListBullet"/>
      </w:pPr>
      <w:r>
        <w:t>[Name] — [role]</w:t>
      </w:r>
    </w:p>
    <w:p>
      <w:pPr>
        <w:pStyle w:val="ListBullet"/>
      </w:pPr>
      <w:r>
        <w:t>[Name] — [role]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Host and guests</w:t>
      </w:r>
    </w:p>
    <w:p/>
    <w:p>
      <w:pPr>
        <w:pStyle w:val="Heading2"/>
      </w:pPr>
      <w:r>
        <w:rPr>
          <w:color w:val="5B21B6"/>
        </w:rPr>
        <w:t>Chapters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Time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Topic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5B21B6"/>
        </w:rPr>
        <w:t>Key takeaways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Quotes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Resources mentioned</w:t>
      </w:r>
    </w:p>
    <w:p>
      <w:pPr>
        <w:pStyle w:val="ListBullet"/>
      </w:pPr>
    </w:p>
    <w:p>
      <w:pPr>
        <w:pStyle w:val="ListBullet"/>
      </w:pPr>
    </w:p>
    <w:p>
      <w:r>
        <w:rPr>
          <w:color w:val="6B7280"/>
          <w:sz w:val="16"/>
        </w:rPr>
        <w:t>Template from www.minutesmaster.ai — or let MinutesMaster write these minutes from your recording.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Podcast show notes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