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Besprechungsprotokoll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Kernpunkte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Offene Fragen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Entscheidungen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Aufgaben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Nächstes Meeting</w:t>
      </w:r>
    </w:p>
    <w:p/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Besprechungsprotokoll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