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Protokoll der Vorstandssitzung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Anlass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und Uhrzeit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Ort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Protokollführung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Sitzungsleitung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Anwesend</w:t>
            </w:r>
          </w:p>
        </w:tc>
        <w:tc>
          <w:tcPr>
            <w:tcW w:type="dxa" w:w="4320"/>
          </w:tcPr>
          <w:p>
            <w:r>
              <w:t>[ ] von [ ] Mitgliedern · Entschuldigt: [ ] · Beschlussfähig: ja / nein</w:t>
            </w:r>
          </w:p>
        </w:tc>
      </w:tr>
    </w:tbl>
    <w:p>
      <w:pPr>
        <w:pStyle w:val="Heading2"/>
      </w:pPr>
      <w:r>
        <w:rPr>
          <w:color w:val="5B21B6"/>
        </w:rPr>
        <w:t>Zusammenfassung</w:t>
      </w:r>
    </w:p>
    <w:p/>
    <w:p>
      <w:pPr>
        <w:pStyle w:val="Heading2"/>
      </w:pPr>
      <w:r>
        <w:rPr>
          <w:color w:val="5B21B6"/>
        </w:rPr>
        <w:t>Teilnehmer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Anwesenheit und Beschlussfähigkeit</w:t>
      </w:r>
    </w:p>
    <w:p/>
    <w:p>
      <w:pPr>
        <w:pStyle w:val="Heading2"/>
      </w:pPr>
      <w:r>
        <w:rPr>
          <w:color w:val="5B21B6"/>
        </w:rPr>
        <w:t>Anträge und Beschlüsse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Nr.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Antrag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Dafür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Dagegen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Enthaltungen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Ergebnis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rPr>
          <w:color w:val="5B21B6"/>
        </w:rPr>
        <w:t>Entgegengenommene Berichte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Entscheidungen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Aufgaben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Verantwortlich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Aufgabe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Frist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Nächstes Meeting</w:t>
      </w:r>
    </w:p>
    <w:p/>
    <w:p/>
    <w:p>
      <w:r>
        <w:t>Sitzungsleitung: ______________   Datum: __________</w:t>
      </w:r>
    </w:p>
    <w:p>
      <w:r>
        <w:t>Protokollführung: ______________</w:t>
      </w:r>
    </w:p>
    <w:p>
      <w:r>
        <w:rPr>
          <w:color w:val="6B7280"/>
          <w:sz w:val="16"/>
        </w:rPr>
        <w:t>Vorlage von www.minutesmaster.ai – oder lassen Sie MinutesMaster dieses Protokoll aus Ihrer Aufnahme schreiben.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der Vorstandssitzung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