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porady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Hlavní body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Otevřené otázky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porady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