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pedagogické rady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Škola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Druh porady</w:t>
            </w:r>
          </w:p>
        </w:tc>
        <w:tc>
          <w:tcPr>
            <w:tcW w:type="dxa" w:w="4320"/>
          </w:tcPr>
          <w:p>
            <w:r>
              <w:t>klasifikační / hodnoticí / provozní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Řídí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Přítomno</w:t>
            </w:r>
          </w:p>
        </w:tc>
        <w:tc>
          <w:tcPr>
            <w:tcW w:type="dxa" w:w="4320"/>
          </w:tcPr>
          <w:p>
            <w:r>
              <w:t>[ ] pedagogických pracovníků · Omluveni: 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Prospěch a docházka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Třída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Shrnutí prospěchu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Absence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Poznámka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Výchovná opatření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Žák / třída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Opatření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Důvod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Organizační záležitosti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/>
    <w:p>
      <w:r>
        <w:t>Zapsal(a): ______________   Dne: __________</w:t>
      </w:r>
    </w:p>
    <w:p>
      <w:r>
        <w:t>Ředitel(ka) školy: ______________</w:t>
      </w:r>
    </w:p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pedagogické rady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