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ze stand-upu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Tým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Sprint / verze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Stav podle osob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Osoba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Hotovo / rozpracováno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Další kroky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Blokery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color w:val="5B21B6"/>
        </w:rPr>
        <w:t>Blokery a rizika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stand-upu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