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5B21B6"/>
        </w:rPr>
        <w:t>Zápis z obchodního jednání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Schůzka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Datum a čas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Místo / odkaz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Zapsal(a)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Firma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Kontaktní osoba a role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Typ schůzky</w:t>
            </w:r>
          </w:p>
        </w:tc>
        <w:tc>
          <w:tcPr>
            <w:tcW w:type="dxa" w:w="4320"/>
          </w:tcPr>
          <w:p>
            <w:r>
              <w:t>úvodní / prezentace / navazující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Fáze obchodu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</w:tbl>
    <w:p>
      <w:pPr>
        <w:pStyle w:val="Heading2"/>
      </w:pPr>
      <w:r>
        <w:rPr>
          <w:color w:val="5B21B6"/>
        </w:rPr>
        <w:t>Shrnutí</w:t>
      </w:r>
    </w:p>
    <w:p/>
    <w:p>
      <w:pPr>
        <w:pStyle w:val="Heading2"/>
      </w:pPr>
      <w:r>
        <w:rPr>
          <w:color w:val="5B21B6"/>
        </w:rPr>
        <w:t>Účastníci</w:t>
      </w:r>
    </w:p>
    <w:p>
      <w:pPr>
        <w:pStyle w:val="ListBullet"/>
      </w:pPr>
      <w:r>
        <w:t>[Jméno] — [role]</w:t>
      </w:r>
    </w:p>
    <w:p>
      <w:pPr>
        <w:pStyle w:val="ListBullet"/>
      </w:pPr>
      <w:r>
        <w:t>[Jméno] — [role]</w:t>
      </w:r>
    </w:p>
    <w:p>
      <w:pPr>
        <w:pStyle w:val="ListBullet"/>
      </w:pPr>
      <w:r>
        <w:t>[Jméno] — [role]</w:t>
      </w:r>
    </w:p>
    <w:p>
      <w:pPr>
        <w:pStyle w:val="Heading2"/>
      </w:pPr>
      <w:r>
        <w:rPr>
          <w:color w:val="5B21B6"/>
        </w:rPr>
        <w:t>Agenda</w:t>
      </w:r>
    </w:p>
    <w:p>
      <w:pPr>
        <w:pStyle w:val="ListNumber"/>
      </w:pPr>
    </w:p>
    <w:p>
      <w:pPr>
        <w:pStyle w:val="ListNumber"/>
      </w:pPr>
    </w:p>
    <w:p>
      <w:pPr>
        <w:pStyle w:val="ListNumber"/>
      </w:pPr>
    </w:p>
    <w:p>
      <w:pPr>
        <w:pStyle w:val="Heading2"/>
      </w:pPr>
      <w:r>
        <w:rPr>
          <w:color w:val="5B21B6"/>
        </w:rPr>
        <w:t>Situace zákazníka</w:t>
      </w:r>
    </w:p>
    <w:p/>
    <w:p>
      <w:pPr>
        <w:pStyle w:val="Heading2"/>
      </w:pPr>
      <w:r>
        <w:rPr>
          <w:color w:val="5B21B6"/>
        </w:rPr>
        <w:t>Problémy zákazníka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Požadavky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Kvalifikace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Kritérium</w:t>
            </w:r>
          </w:p>
        </w:tc>
        <w:tc>
          <w:tcPr>
            <w:tcW w:type="dxa" w:w="4320"/>
          </w:tcPr>
          <w:p>
            <w:r>
              <w:rPr>
                <w:b/>
              </w:rPr>
              <w:t>Co víme</w:t>
            </w:r>
          </w:p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</w:tbl>
    <w:p>
      <w:pPr>
        <w:pStyle w:val="Heading2"/>
      </w:pPr>
      <w:r>
        <w:rPr>
          <w:color w:val="5B21B6"/>
        </w:rPr>
        <w:t>Námitky a obavy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Konkurence a alternativy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Rozhodnutí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Úkoly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Odpovídá</w:t>
            </w:r>
          </w:p>
        </w:tc>
        <w:tc>
          <w:tcPr>
            <w:tcW w:type="dxa" w:w="2880"/>
          </w:tcPr>
          <w:p>
            <w:r>
              <w:rPr>
                <w:b/>
              </w:rPr>
              <w:t>Úkol</w:t>
            </w:r>
          </w:p>
        </w:tc>
        <w:tc>
          <w:tcPr>
            <w:tcW w:type="dxa" w:w="2880"/>
          </w:tcPr>
          <w:p>
            <w:r>
              <w:rPr>
                <w:b/>
              </w:rPr>
              <w:t>Termín</w:t>
            </w:r>
          </w:p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</w:tbl>
    <w:p>
      <w:pPr>
        <w:pStyle w:val="Heading2"/>
      </w:pPr>
      <w:r>
        <w:rPr>
          <w:color w:val="5B21B6"/>
        </w:rPr>
        <w:t>Příští schůzka</w:t>
      </w:r>
    </w:p>
    <w:p/>
    <w:p>
      <w:r>
        <w:rPr>
          <w:color w:val="6B7280"/>
          <w:sz w:val="16"/>
        </w:rPr>
        <w:t>Šablona z www.minutesmaster.ai — zápis vám MinutesMaster může napsat i přímo z nahrávky.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 z obchodního jednání</dc:title>
  <dc:subject/>
  <dc:creator>MinutesMaster (minutesmaster.ai)</dc:creator>
  <cp:keywords/>
  <dc:description>generated by python-docx</dc:description>
  <cp:lastModifiedBy>MinutesMaster</cp:lastModifiedBy>
  <cp:revision>1</cp:revision>
  <dcterms:created xsi:type="dcterms:W3CDTF">2026-10-28T00:00:00Z</dcterms:created>
  <dcterms:modified xsi:type="dcterms:W3CDTF">2026-10-28T00:00:00Z</dcterms:modified>
  <cp:category/>
</cp:coreProperties>
</file>