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retrospektivy sprintu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/ období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Moderátor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Co se povedlo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Co se nepovedlo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Návrhy na zlepšení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retrospektivy sprintu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