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Poznámky k epizodě podcastu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Pořad a díl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Moderátor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Hosté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Zveřejněno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Moderátor a hosté</w:t>
      </w:r>
    </w:p>
    <w:p/>
    <w:p>
      <w:pPr>
        <w:pStyle w:val="Heading2"/>
      </w:pPr>
      <w:r>
        <w:rPr>
          <w:color w:val="5B21B6"/>
        </w:rPr>
        <w:t>Kapitoly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Čas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Téma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Hlavní myšlenky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Citace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Zmíněné zdroje</w:t>
      </w:r>
    </w:p>
    <w:p>
      <w:pPr>
        <w:pStyle w:val="ListBullet"/>
      </w:pPr>
    </w:p>
    <w:p>
      <w:pPr>
        <w:pStyle w:val="ListBullet"/>
      </w:pPr>
    </w:p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epizodě podcastu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