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ze zasedání zastupitelstva obce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Obec / město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Pořadové číslo zasedání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Předsedající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Přítomno členů</w:t>
            </w:r>
          </w:p>
        </w:tc>
        <w:tc>
          <w:tcPr>
            <w:tcW w:type="dxa" w:w="4320"/>
          </w:tcPr>
          <w:p>
            <w:r>
              <w:t>[ ] z [ ] · Omluveni: [ ] · Usnášeníschopné: ano / ne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Ověřovatelé zápisu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Informace o zasedání zveřejněna na úřední desce dne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Zahájení a usnášeníschopnost</w:t>
      </w:r>
    </w:p>
    <w:p/>
    <w:p>
      <w:pPr>
        <w:pStyle w:val="Heading2"/>
      </w:pPr>
      <w:r>
        <w:rPr>
          <w:color w:val="5B21B6"/>
        </w:rPr>
        <w:t>Hlasování a usnesení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Č. usnesení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Předmět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Proti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Zdržel se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Výsledek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Průběh projednávání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Dotazy a podněty občanů</w:t>
      </w:r>
    </w:p>
    <w:p>
      <w:r>
        <w:rPr>
          <w:b/>
        </w:rPr>
        <w:t xml:space="preserve">Otázka: </w:t>
      </w:r>
    </w:p>
    <w:p>
      <w:r>
        <w:rPr>
          <w:b/>
        </w:rPr>
        <w:t xml:space="preserve">Odpověď: </w:t>
      </w:r>
    </w:p>
    <w:p>
      <w:r>
        <w:rPr>
          <w:b/>
        </w:rPr>
        <w:t xml:space="preserve">Ptá se: </w:t>
      </w:r>
    </w:p>
    <w:p>
      <w:pPr>
        <w:pStyle w:val="Heading2"/>
      </w:pPr>
      <w:r>
        <w:rPr>
          <w:color w:val="5B21B6"/>
        </w:rPr>
        <w:t>Závěr</w:t>
      </w:r>
    </w:p>
    <w:p/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/>
    <w:p>
      <w:r>
        <w:t>Zápis vyhotoven dne: __________</w:t>
      </w:r>
    </w:p>
    <w:p>
      <w:r>
        <w:t>Zapisovatel(ka): ______________</w:t>
      </w:r>
    </w:p>
    <w:p>
      <w:r>
        <w:t>Ověřovatelé zápisu: ______________   ______________</w:t>
      </w:r>
    </w:p>
    <w:p>
      <w:r>
        <w:t>Starosta / místostarosta: ______________</w:t>
      </w:r>
    </w:p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zasedání zastupitelstva obce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