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rPr>
          <w:color w:val="5B21B6"/>
        </w:rPr>
        <w:t>Zápis z rozhovoru se zákazníkem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Schůzka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Datum a čas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Místo / odkaz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Zapsal(a)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Respondent</w:t>
            </w:r>
          </w:p>
        </w:tc>
        <w:tc>
          <w:tcPr>
            <w:tcW w:type="dxa" w:w="4320"/>
          </w:tcPr>
          <w:p>
            <w:r>
              <w:t>[ ]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Tazatel</w:t>
            </w:r>
          </w:p>
        </w:tc>
        <w:tc>
          <w:tcPr>
            <w:tcW w:type="dxa" w:w="4320"/>
          </w:tcPr>
          <w:p>
            <w:r>
              <w:t>[ ]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Cíl výzkumu</w:t>
            </w:r>
          </w:p>
        </w:tc>
        <w:tc>
          <w:tcPr>
            <w:tcW w:type="dxa" w:w="4320"/>
          </w:tcPr>
          <w:p>
            <w:r>
              <w:t>[ ]</w:t>
            </w:r>
          </w:p>
        </w:tc>
      </w:tr>
    </w:tbl>
    <w:p>
      <w:pPr>
        <w:pStyle w:val="Heading2"/>
      </w:pPr>
      <w:r>
        <w:rPr>
          <w:color w:val="5B21B6"/>
        </w:rPr>
        <w:t>Shrnutí</w:t>
      </w:r>
    </w:p>
    <w:p/>
    <w:p>
      <w:pPr>
        <w:pStyle w:val="Heading2"/>
      </w:pPr>
      <w:r>
        <w:rPr>
          <w:color w:val="5B21B6"/>
        </w:rPr>
        <w:t>Účastníci</w:t>
      </w:r>
    </w:p>
    <w:p>
      <w:pPr>
        <w:pStyle w:val="ListBullet"/>
      </w:pPr>
      <w:r>
        <w:t>[Jméno] — [role]</w:t>
      </w:r>
    </w:p>
    <w:p>
      <w:pPr>
        <w:pStyle w:val="ListBullet"/>
      </w:pPr>
      <w:r>
        <w:t>[Jméno] — [role]</w:t>
      </w:r>
    </w:p>
    <w:p>
      <w:pPr>
        <w:pStyle w:val="ListBullet"/>
      </w:pPr>
      <w:r>
        <w:t>[Jméno] — [role]</w:t>
      </w:r>
    </w:p>
    <w:p>
      <w:pPr>
        <w:pStyle w:val="Heading2"/>
      </w:pPr>
      <w:r>
        <w:rPr>
          <w:color w:val="5B21B6"/>
        </w:rPr>
        <w:t>Agenda</w:t>
      </w:r>
    </w:p>
    <w:p>
      <w:pPr>
        <w:pStyle w:val="ListNumber"/>
      </w:pPr>
    </w:p>
    <w:p>
      <w:pPr>
        <w:pStyle w:val="ListNumber"/>
      </w:pPr>
    </w:p>
    <w:p>
      <w:pPr>
        <w:pStyle w:val="ListNumber"/>
      </w:pPr>
    </w:p>
    <w:p>
      <w:pPr>
        <w:pStyle w:val="Heading2"/>
      </w:pPr>
      <w:r>
        <w:rPr>
          <w:color w:val="5B21B6"/>
        </w:rPr>
        <w:t>Profil respondenta</w:t>
      </w:r>
    </w:p>
    <w:p/>
    <w:p>
      <w:pPr>
        <w:pStyle w:val="Heading2"/>
      </w:pPr>
      <w:r>
        <w:rPr>
          <w:color w:val="5B21B6"/>
        </w:rPr>
        <w:t>Klíčová zjištění</w:t>
      </w:r>
    </w:p>
    <w:p>
      <w:pPr>
        <w:pStyle w:val="ListBullet"/>
      </w:pPr>
    </w:p>
    <w:p>
      <w:pPr>
        <w:pStyle w:val="ListBullet"/>
      </w:pPr>
    </w:p>
    <w:p>
      <w:pPr>
        <w:pStyle w:val="Heading2"/>
      </w:pPr>
      <w:r>
        <w:rPr>
          <w:color w:val="5B21B6"/>
        </w:rPr>
        <w:t>Výrazné citace</w:t>
      </w:r>
    </w:p>
    <w:p>
      <w:pPr>
        <w:pStyle w:val="ListBullet"/>
      </w:pPr>
    </w:p>
    <w:p>
      <w:pPr>
        <w:pStyle w:val="ListBullet"/>
      </w:pPr>
    </w:p>
    <w:p>
      <w:pPr>
        <w:pStyle w:val="Heading2"/>
      </w:pPr>
      <w:r>
        <w:rPr>
          <w:color w:val="5B21B6"/>
        </w:rPr>
        <w:t>Problémy</w:t>
      </w:r>
    </w:p>
    <w:p>
      <w:pPr>
        <w:pStyle w:val="ListBullet"/>
      </w:pPr>
    </w:p>
    <w:p>
      <w:pPr>
        <w:pStyle w:val="ListBullet"/>
      </w:pPr>
    </w:p>
    <w:p>
      <w:pPr>
        <w:pStyle w:val="Heading2"/>
      </w:pPr>
      <w:r>
        <w:rPr>
          <w:color w:val="5B21B6"/>
        </w:rPr>
        <w:t>Přání a nápady</w:t>
      </w:r>
    </w:p>
    <w:p>
      <w:pPr>
        <w:pStyle w:val="ListBullet"/>
      </w:pPr>
    </w:p>
    <w:p>
      <w:pPr>
        <w:pStyle w:val="ListBullet"/>
      </w:pPr>
    </w:p>
    <w:p>
      <w:pPr>
        <w:pStyle w:val="Heading2"/>
      </w:pPr>
      <w:r>
        <w:rPr>
          <w:color w:val="5B21B6"/>
        </w:rPr>
        <w:t>Otázky a odpovědi</w:t>
      </w:r>
    </w:p>
    <w:p>
      <w:r>
        <w:rPr>
          <w:b/>
        </w:rPr>
        <w:t xml:space="preserve">Otázka: </w:t>
      </w:r>
    </w:p>
    <w:p>
      <w:r>
        <w:rPr>
          <w:b/>
        </w:rPr>
        <w:t xml:space="preserve">Odpověď: </w:t>
      </w:r>
    </w:p>
    <w:p>
      <w:r>
        <w:rPr>
          <w:b/>
        </w:rPr>
        <w:t xml:space="preserve">Ptá se: </w:t>
      </w:r>
    </w:p>
    <w:p>
      <w:pPr>
        <w:pStyle w:val="Heading2"/>
      </w:pPr>
      <w:r>
        <w:rPr>
          <w:color w:val="5B21B6"/>
        </w:rPr>
        <w:t>Úkoly</w:t>
      </w:r>
    </w:p>
    <w:tbl>
      <w:tblPr>
        <w:tblStyle w:val="TableGrid"/>
        <w:tblW w:type="auto" w:w="0"/>
        <w:jc w:val="left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rPr>
                <w:b/>
              </w:rPr>
              <w:t>Odpovídá</w:t>
            </w:r>
          </w:p>
        </w:tc>
        <w:tc>
          <w:tcPr>
            <w:tcW w:type="dxa" w:w="2880"/>
          </w:tcPr>
          <w:p>
            <w:r>
              <w:rPr>
                <w:b/>
              </w:rPr>
              <w:t>Úkol</w:t>
            </w:r>
          </w:p>
        </w:tc>
        <w:tc>
          <w:tcPr>
            <w:tcW w:type="dxa" w:w="2880"/>
          </w:tcPr>
          <w:p>
            <w:r>
              <w:rPr>
                <w:b/>
              </w:rPr>
              <w:t>Termín</w:t>
            </w:r>
          </w:p>
        </w:tc>
      </w:tr>
      <w:tr>
        <w:tc>
          <w:tcPr>
            <w:tcW w:type="dxa" w:w="2880"/>
          </w:tcPr>
          <w:p/>
        </w:tc>
        <w:tc>
          <w:tcPr>
            <w:tcW w:type="dxa" w:w="2880"/>
          </w:tcPr>
          <w:p/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/>
        </w:tc>
        <w:tc>
          <w:tcPr>
            <w:tcW w:type="dxa" w:w="2880"/>
          </w:tcPr>
          <w:p/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/>
        </w:tc>
        <w:tc>
          <w:tcPr>
            <w:tcW w:type="dxa" w:w="2880"/>
          </w:tcPr>
          <w:p/>
        </w:tc>
        <w:tc>
          <w:tcPr>
            <w:tcW w:type="dxa" w:w="2880"/>
          </w:tcPr>
          <w:p/>
        </w:tc>
      </w:tr>
    </w:tbl>
    <w:p>
      <w:pPr>
        <w:pStyle w:val="Heading2"/>
      </w:pPr>
      <w:r>
        <w:rPr>
          <w:color w:val="5B21B6"/>
        </w:rPr>
        <w:t>Příští schůzka</w:t>
      </w:r>
    </w:p>
    <w:p/>
    <w:p>
      <w:r>
        <w:rPr>
          <w:color w:val="6B7280"/>
          <w:sz w:val="16"/>
        </w:rPr>
        <w:t>Šablona z www.minutesmaster.ai — zápis vám MinutesMaster může napsat i přímo z nahrávky.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Zápis z rozhovoru se zákazníkem</dc:title>
  <dc:subject/>
  <dc:creator>MinutesMaster (minutesmaster.ai)</dc:creator>
  <cp:keywords/>
  <dc:description>generated by python-docx</dc:description>
  <cp:lastModifiedBy>MinutesMaster</cp:lastModifiedBy>
  <cp:revision>1</cp:revision>
  <dcterms:created xsi:type="dcterms:W3CDTF">2026-10-28T00:00:00Z</dcterms:created>
  <dcterms:modified xsi:type="dcterms:W3CDTF">2026-10-28T00:00:00Z</dcterms:modified>
  <cp:category/>
</cp:coreProperties>
</file>